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XSpec="center" w:tblpY="196"/>
        <w:tblW w:w="9643" w:type="dxa"/>
        <w:tblLayout w:type="fixed"/>
        <w:tblLook w:val="01E0" w:firstRow="1" w:lastRow="1" w:firstColumn="1" w:lastColumn="1" w:noHBand="0" w:noVBand="0"/>
      </w:tblPr>
      <w:tblGrid>
        <w:gridCol w:w="1603"/>
        <w:gridCol w:w="879"/>
        <w:gridCol w:w="190"/>
        <w:gridCol w:w="32"/>
        <w:gridCol w:w="20"/>
        <w:gridCol w:w="275"/>
        <w:gridCol w:w="772"/>
        <w:gridCol w:w="782"/>
        <w:gridCol w:w="154"/>
        <w:gridCol w:w="88"/>
        <w:gridCol w:w="564"/>
        <w:gridCol w:w="420"/>
        <w:gridCol w:w="1378"/>
        <w:gridCol w:w="254"/>
        <w:gridCol w:w="39"/>
        <w:gridCol w:w="803"/>
        <w:gridCol w:w="1390"/>
      </w:tblGrid>
      <w:tr w:rsidR="006F524C" w:rsidRPr="00967B80" w14:paraId="39BB91BD" w14:textId="77777777" w:rsidTr="006F524C">
        <w:trPr>
          <w:trHeight w:val="371"/>
        </w:trPr>
        <w:tc>
          <w:tcPr>
            <w:tcW w:w="9643" w:type="dxa"/>
            <w:gridSpan w:val="17"/>
          </w:tcPr>
          <w:p w14:paraId="38540CC2" w14:textId="77777777" w:rsidR="006F524C" w:rsidRDefault="006F524C" w:rsidP="006F524C">
            <w:pPr>
              <w:pStyle w:val="TableParagraph"/>
              <w:ind w:left="337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noProof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5E97F5DE" wp14:editId="06C039CB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18415</wp:posOffset>
                      </wp:positionV>
                      <wp:extent cx="2600325" cy="619125"/>
                      <wp:effectExtent l="0" t="0" r="0" b="0"/>
                      <wp:wrapTight wrapText="bothSides">
                        <wp:wrapPolygon edited="0">
                          <wp:start x="475" y="0"/>
                          <wp:lineTo x="475" y="20603"/>
                          <wp:lineTo x="21046" y="20603"/>
                          <wp:lineTo x="21046" y="0"/>
                          <wp:lineTo x="475" y="0"/>
                        </wp:wrapPolygon>
                      </wp:wrapTight>
                      <wp:docPr id="1752962322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0325" cy="619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45D6F3" w14:textId="77777777" w:rsidR="006F524C" w:rsidRDefault="006F524C" w:rsidP="006F524C">
                                  <w:pPr>
                                    <w:jc w:val="center"/>
                                  </w:pPr>
                                  <w:r w:rsidRPr="00967B80">
                                    <w:rPr>
                                      <w:rFonts w:ascii="Times New Roman" w:hAnsi="Times New Roman" w:cs="Times New Roman"/>
                                      <w:b/>
                                      <w:sz w:val="23"/>
                                    </w:rPr>
                                    <w:t xml:space="preserve">CARTA DE ASIGNACIÓN DE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3"/>
                                    </w:rPr>
                                    <w:t>ASESOR</w:t>
                                  </w:r>
                                  <w:r w:rsidRPr="00967B80">
                                    <w:rPr>
                                      <w:rFonts w:ascii="Times New Roman" w:hAnsi="Times New Roman" w:cs="Times New Roman"/>
                                      <w:b/>
                                      <w:sz w:val="23"/>
                                    </w:rPr>
                                    <w:t xml:space="preserve"> PARA </w:t>
                                  </w:r>
                                  <w:r w:rsidRPr="00967B80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3"/>
                                    </w:rPr>
                                    <w:t>ESTANCIA I – II / ESTADÍA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7F5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left:0;text-align:left;margin-left:276.7pt;margin-top:1.45pt;width:204.75pt;height:48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" filled="f" stroked="f" strokeweight=".5pt">
                      <v:textbox>
                        <w:txbxContent>
                          <w:p w14:paraId="5E45D6F3" w14:textId="77777777" w:rsidR="006F524C" w:rsidRDefault="006F524C" w:rsidP="006F524C">
                            <w:pPr>
                              <w:jc w:val="center"/>
                            </w:pPr>
                            <w:r w:rsidRPr="00967B80">
                              <w:rPr>
                                <w:rFonts w:ascii="Times New Roman" w:hAnsi="Times New Roman" w:cs="Times New Roman"/>
                                <w:b/>
                                <w:sz w:val="23"/>
                              </w:rPr>
                              <w:t xml:space="preserve">CARTA DE ASIGNACIÓN 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3"/>
                              </w:rPr>
                              <w:t>ASESOR</w:t>
                            </w:r>
                            <w:r w:rsidRPr="00967B80">
                              <w:rPr>
                                <w:rFonts w:ascii="Times New Roman" w:hAnsi="Times New Roman" w:cs="Times New Roman"/>
                                <w:b/>
                                <w:sz w:val="23"/>
                              </w:rPr>
                              <w:t xml:space="preserve"> PARA </w:t>
                            </w:r>
                            <w:r w:rsidRPr="00967B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3"/>
                              </w:rPr>
                              <w:t>ESTANCIA I – II / ESTADÍA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B7A3836" w14:textId="77777777" w:rsidR="006F524C" w:rsidRDefault="006F524C" w:rsidP="006F524C">
            <w:pPr>
              <w:pStyle w:val="TableParagraph"/>
              <w:ind w:left="337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  <w:p w14:paraId="6ACB18E7" w14:textId="77777777" w:rsidR="006F524C" w:rsidRDefault="006F524C" w:rsidP="006F524C">
            <w:pPr>
              <w:pStyle w:val="TableParagraph"/>
              <w:ind w:left="337"/>
              <w:jc w:val="center"/>
              <w:rPr>
                <w:rFonts w:ascii="Times New Roman" w:hAnsi="Times New Roman" w:cs="Times New Roman"/>
                <w:b/>
                <w:sz w:val="23"/>
              </w:rPr>
            </w:pPr>
          </w:p>
          <w:p w14:paraId="0C8732FB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</w:tc>
      </w:tr>
      <w:tr w:rsidR="006F524C" w:rsidRPr="00967B80" w14:paraId="116506E5" w14:textId="77777777" w:rsidTr="006F524C">
        <w:trPr>
          <w:trHeight w:val="394"/>
        </w:trPr>
        <w:tc>
          <w:tcPr>
            <w:tcW w:w="9643" w:type="dxa"/>
            <w:gridSpan w:val="17"/>
            <w:vAlign w:val="center"/>
          </w:tcPr>
          <w:p w14:paraId="6BD2CF3B" w14:textId="77777777" w:rsidR="006F524C" w:rsidRPr="00A51D2D" w:rsidRDefault="006F524C" w:rsidP="006F524C">
            <w:pPr>
              <w:pStyle w:val="TableParagraph"/>
              <w:ind w:left="41"/>
              <w:rPr>
                <w:rFonts w:ascii="Arial" w:hAnsi="Arial" w:cs="Arial"/>
                <w:sz w:val="17"/>
              </w:rPr>
            </w:pPr>
            <w:r>
              <w:rPr>
                <w:noProof/>
                <w:lang w:val="es-MX" w:eastAsia="es-MX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75C2B1" wp14:editId="1BBABEA5">
                      <wp:simplePos x="0" y="0"/>
                      <wp:positionH relativeFrom="column">
                        <wp:posOffset>4956175</wp:posOffset>
                      </wp:positionH>
                      <wp:positionV relativeFrom="paragraph">
                        <wp:posOffset>55880</wp:posOffset>
                      </wp:positionV>
                      <wp:extent cx="895350" cy="714375"/>
                      <wp:effectExtent l="0" t="0" r="19050" b="28575"/>
                      <wp:wrapNone/>
                      <wp:docPr id="316816007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80246" id="Rectángulo 5" o:spid="_x0000_s1026" style="position:absolute;margin-left:390.25pt;margin-top:4.4pt;width:70.5pt;height:5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" filled="f" strokecolor="black [3213]" strokeweight="1.5pt"/>
                  </w:pict>
                </mc:Fallback>
              </mc:AlternateContent>
            </w:r>
            <w:r w:rsidRPr="00A51D2D">
              <w:rPr>
                <w:rFonts w:ascii="Arial" w:hAnsi="Arial" w:cs="Arial"/>
                <w:sz w:val="17"/>
              </w:rPr>
              <w:t xml:space="preserve">Cd. Lázaro Cárdenas, Michoacán, a </w:t>
            </w:r>
            <w:r w:rsidRPr="00A51D2D">
              <w:rPr>
                <w:rFonts w:ascii="Arial" w:hAnsi="Arial" w:cs="Arial"/>
                <w:color w:val="FF0000"/>
                <w:sz w:val="17"/>
              </w:rPr>
              <w:t>__</w:t>
            </w:r>
            <w:r w:rsidRPr="00A51D2D">
              <w:rPr>
                <w:rFonts w:ascii="Arial" w:hAnsi="Arial" w:cs="Arial"/>
                <w:sz w:val="17"/>
              </w:rPr>
              <w:t xml:space="preserve"> de </w:t>
            </w:r>
            <w:r w:rsidRPr="00A51D2D">
              <w:rPr>
                <w:rFonts w:ascii="Arial" w:hAnsi="Arial" w:cs="Arial"/>
                <w:color w:val="FF0000"/>
                <w:sz w:val="17"/>
              </w:rPr>
              <w:t>________</w:t>
            </w:r>
            <w:r w:rsidRPr="00A51D2D">
              <w:rPr>
                <w:rFonts w:ascii="Arial" w:hAnsi="Arial" w:cs="Arial"/>
                <w:sz w:val="17"/>
              </w:rPr>
              <w:t xml:space="preserve"> del 202.</w:t>
            </w:r>
          </w:p>
        </w:tc>
      </w:tr>
      <w:tr w:rsidR="006F524C" w:rsidRPr="00967B80" w14:paraId="2BE36F32" w14:textId="77777777" w:rsidTr="006F524C">
        <w:trPr>
          <w:trHeight w:val="112"/>
        </w:trPr>
        <w:tc>
          <w:tcPr>
            <w:tcW w:w="9643" w:type="dxa"/>
            <w:gridSpan w:val="17"/>
            <w:vAlign w:val="center"/>
          </w:tcPr>
          <w:p w14:paraId="6BC6276D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</w:p>
        </w:tc>
      </w:tr>
      <w:tr w:rsidR="006F524C" w:rsidRPr="00967B80" w14:paraId="20DBD287" w14:textId="77777777" w:rsidTr="006F524C">
        <w:trPr>
          <w:trHeight w:val="338"/>
        </w:trPr>
        <w:tc>
          <w:tcPr>
            <w:tcW w:w="9643" w:type="dxa"/>
            <w:gridSpan w:val="17"/>
            <w:vAlign w:val="center"/>
          </w:tcPr>
          <w:p w14:paraId="4F2D8889" w14:textId="77777777" w:rsidR="006F524C" w:rsidRPr="00967B80" w:rsidRDefault="006F524C" w:rsidP="006F524C">
            <w:pPr>
              <w:pStyle w:val="TableParagraph"/>
              <w:tabs>
                <w:tab w:val="left" w:pos="7254"/>
              </w:tabs>
              <w:rPr>
                <w:rFonts w:ascii="Times New Roman" w:hAnsi="Times New Roman" w:cs="Times New Roman"/>
                <w:bCs/>
                <w:sz w:val="16"/>
              </w:rPr>
            </w:pPr>
            <w:r w:rsidRPr="00967B80">
              <w:rPr>
                <w:rFonts w:ascii="Times New Roman" w:hAnsi="Times New Roman" w:cs="Times New Roman"/>
                <w:b/>
                <w:color w:val="FF0000"/>
                <w:sz w:val="17"/>
              </w:rPr>
              <w:t>(Nombre del Contacto de la Empresa)</w:t>
            </w:r>
            <w:r w:rsidRPr="00967B80">
              <w:rPr>
                <w:rFonts w:ascii="Times New Roman" w:hAnsi="Times New Roman" w:cs="Times New Roman"/>
                <w:bCs/>
                <w:color w:val="FF0000"/>
                <w:sz w:val="1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7"/>
              </w:rPr>
              <w:t>Lic. XXXXXXX XXXXX XXXX</w:t>
            </w:r>
            <w:r w:rsidRPr="00967B80">
              <w:rPr>
                <w:rFonts w:ascii="Times New Roman" w:hAnsi="Times New Roman" w:cs="Times New Roman"/>
                <w:bCs/>
                <w:sz w:val="17"/>
              </w:rPr>
              <w:tab/>
            </w:r>
          </w:p>
        </w:tc>
      </w:tr>
      <w:tr w:rsidR="006F524C" w:rsidRPr="00967B80" w14:paraId="205D3D59" w14:textId="77777777" w:rsidTr="006F524C">
        <w:trPr>
          <w:trHeight w:val="338"/>
        </w:trPr>
        <w:tc>
          <w:tcPr>
            <w:tcW w:w="9643" w:type="dxa"/>
            <w:gridSpan w:val="17"/>
            <w:vAlign w:val="center"/>
          </w:tcPr>
          <w:p w14:paraId="2C2847F5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bCs/>
                <w:sz w:val="14"/>
              </w:rPr>
            </w:pPr>
            <w:r w:rsidRPr="00967B80">
              <w:rPr>
                <w:rFonts w:ascii="Times New Roman" w:hAnsi="Times New Roman" w:cs="Times New Roman"/>
                <w:b/>
                <w:color w:val="FF0000"/>
                <w:sz w:val="17"/>
              </w:rPr>
              <w:t>(Puesto dentro de la Empresa)</w:t>
            </w:r>
            <w:r>
              <w:rPr>
                <w:rFonts w:ascii="Times New Roman" w:hAnsi="Times New Roman" w:cs="Times New Roman"/>
                <w:bCs/>
                <w:sz w:val="17"/>
              </w:rPr>
              <w:t xml:space="preserve"> Gerente XXX XXXX XXX</w:t>
            </w:r>
          </w:p>
        </w:tc>
      </w:tr>
      <w:tr w:rsidR="006F524C" w:rsidRPr="00967B80" w14:paraId="7F04726B" w14:textId="77777777" w:rsidTr="006F524C">
        <w:trPr>
          <w:trHeight w:val="338"/>
        </w:trPr>
        <w:tc>
          <w:tcPr>
            <w:tcW w:w="1603" w:type="dxa"/>
            <w:vAlign w:val="center"/>
          </w:tcPr>
          <w:p w14:paraId="340753C7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bCs/>
                <w:sz w:val="17"/>
              </w:rPr>
            </w:pPr>
            <w:r w:rsidRPr="00967B80">
              <w:rPr>
                <w:rFonts w:ascii="Times New Roman" w:hAnsi="Times New Roman" w:cs="Times New Roman"/>
                <w:bCs/>
                <w:sz w:val="17"/>
              </w:rPr>
              <w:t>PRESENTE.</w:t>
            </w:r>
          </w:p>
        </w:tc>
        <w:tc>
          <w:tcPr>
            <w:tcW w:w="1101" w:type="dxa"/>
            <w:gridSpan w:val="3"/>
            <w:vAlign w:val="center"/>
          </w:tcPr>
          <w:p w14:paraId="1825C7F8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20" w:type="dxa"/>
            <w:vAlign w:val="center"/>
          </w:tcPr>
          <w:p w14:paraId="7C75444A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39C9CADC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6" w:type="dxa"/>
            <w:gridSpan w:val="4"/>
            <w:vAlign w:val="center"/>
          </w:tcPr>
          <w:p w14:paraId="0D783D0E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2" w:type="dxa"/>
            <w:gridSpan w:val="3"/>
            <w:vAlign w:val="bottom"/>
          </w:tcPr>
          <w:p w14:paraId="58CB0179" w14:textId="77777777" w:rsidR="006F524C" w:rsidRPr="00967B80" w:rsidRDefault="006F524C" w:rsidP="006F524C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967B80">
              <w:rPr>
                <w:rFonts w:ascii="Times New Roman" w:hAnsi="Times New Roman" w:cs="Times New Roman"/>
                <w:b/>
                <w:bCs/>
                <w:position w:val="3"/>
                <w:sz w:val="16"/>
              </w:rPr>
              <w:t>ALUMNO</w:t>
            </w:r>
          </w:p>
        </w:tc>
      </w:tr>
      <w:tr w:rsidR="006F524C" w:rsidRPr="00967B80" w14:paraId="541257A7" w14:textId="77777777" w:rsidTr="006F524C">
        <w:trPr>
          <w:trHeight w:val="645"/>
        </w:trPr>
        <w:tc>
          <w:tcPr>
            <w:tcW w:w="9643" w:type="dxa"/>
            <w:gridSpan w:val="17"/>
            <w:vAlign w:val="center"/>
          </w:tcPr>
          <w:p w14:paraId="68A66F8D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POR ESTE CONDUCTO PRESENTO A SUS FINAS ATENCIONES AL ESTUDIANTE QUE SE DETALLA A CONTINUACI</w:t>
            </w:r>
            <w:r>
              <w:rPr>
                <w:rFonts w:ascii="Times New Roman" w:hAnsi="Times New Roman" w:cs="Times New Roman"/>
                <w:sz w:val="17"/>
              </w:rPr>
              <w:t>Ó</w:t>
            </w:r>
            <w:r w:rsidRPr="00967B80">
              <w:rPr>
                <w:rFonts w:ascii="Times New Roman" w:hAnsi="Times New Roman" w:cs="Times New Roman"/>
                <w:sz w:val="17"/>
              </w:rPr>
              <w:t>N PARA REALIZAR SU ESTANCIA EN LA INSTITUCION QUE USTED REPRESENTA:</w:t>
            </w:r>
          </w:p>
        </w:tc>
      </w:tr>
      <w:tr w:rsidR="006F524C" w:rsidRPr="00A5222B" w14:paraId="0CFA9972" w14:textId="77777777" w:rsidTr="006F524C">
        <w:trPr>
          <w:trHeight w:val="394"/>
        </w:trPr>
        <w:tc>
          <w:tcPr>
            <w:tcW w:w="9643" w:type="dxa"/>
            <w:gridSpan w:val="17"/>
            <w:vAlign w:val="center"/>
          </w:tcPr>
          <w:p w14:paraId="5EB97CEE" w14:textId="77777777" w:rsidR="006F524C" w:rsidRPr="00A5222B" w:rsidRDefault="006F524C" w:rsidP="006F524C">
            <w:pPr>
              <w:pStyle w:val="TableParagraph"/>
              <w:tabs>
                <w:tab w:val="left" w:pos="9401"/>
              </w:tabs>
              <w:ind w:left="8" w:right="-15"/>
              <w:rPr>
                <w:rFonts w:ascii="Times New Roman" w:hAnsi="Times New Roman" w:cs="Times New Roman"/>
                <w:b/>
                <w:bCs/>
                <w:iCs/>
                <w:sz w:val="17"/>
              </w:rPr>
            </w:pPr>
            <w:r w:rsidRPr="00A5222B">
              <w:rPr>
                <w:rFonts w:ascii="Times New Roman" w:hAnsi="Times New Roman" w:cs="Times New Roman"/>
                <w:i/>
                <w:spacing w:val="-6"/>
                <w:w w:val="101"/>
                <w:sz w:val="17"/>
              </w:rPr>
              <w:t xml:space="preserve"> </w:t>
            </w:r>
            <w:r w:rsidRPr="00A5222B">
              <w:rPr>
                <w:rFonts w:ascii="Times New Roman" w:hAnsi="Times New Roman" w:cs="Times New Roman"/>
                <w:b/>
                <w:bCs/>
                <w:iCs/>
                <w:sz w:val="17"/>
              </w:rPr>
              <w:t>DATOS GENERALES DE</w:t>
            </w:r>
            <w:r>
              <w:rPr>
                <w:rFonts w:ascii="Times New Roman" w:hAnsi="Times New Roman" w:cs="Times New Roman"/>
                <w:b/>
                <w:bCs/>
                <w:iCs/>
                <w:sz w:val="17"/>
              </w:rPr>
              <w:t>L</w:t>
            </w:r>
            <w:r w:rsidRPr="00A5222B">
              <w:rPr>
                <w:rFonts w:ascii="Times New Roman" w:hAnsi="Times New Roman" w:cs="Times New Roman"/>
                <w:b/>
                <w:bCs/>
                <w:iCs/>
                <w:spacing w:val="19"/>
                <w:sz w:val="17"/>
              </w:rPr>
              <w:t xml:space="preserve"> </w:t>
            </w:r>
            <w:r w:rsidRPr="00A5222B">
              <w:rPr>
                <w:rFonts w:ascii="Times New Roman" w:hAnsi="Times New Roman" w:cs="Times New Roman"/>
                <w:b/>
                <w:bCs/>
                <w:iCs/>
                <w:sz w:val="17"/>
              </w:rPr>
              <w:t>ALUMNO/A</w:t>
            </w:r>
            <w:r>
              <w:rPr>
                <w:rFonts w:ascii="Times New Roman" w:hAnsi="Times New Roman" w:cs="Times New Roman"/>
                <w:b/>
                <w:bCs/>
                <w:iCs/>
                <w:sz w:val="17"/>
              </w:rPr>
              <w:t>:</w:t>
            </w:r>
          </w:p>
        </w:tc>
      </w:tr>
      <w:tr w:rsidR="006F524C" w:rsidRPr="007B2277" w14:paraId="0171227C" w14:textId="77777777" w:rsidTr="006F524C">
        <w:trPr>
          <w:trHeight w:val="314"/>
        </w:trPr>
        <w:tc>
          <w:tcPr>
            <w:tcW w:w="2482" w:type="dxa"/>
            <w:gridSpan w:val="2"/>
            <w:tcBorders>
              <w:bottom w:val="single" w:sz="12" w:space="0" w:color="auto"/>
            </w:tcBorders>
            <w:vAlign w:val="center"/>
          </w:tcPr>
          <w:p w14:paraId="04DD5BDF" w14:textId="77777777" w:rsidR="006F524C" w:rsidRPr="007B2277" w:rsidRDefault="006F524C" w:rsidP="006F524C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71" w:type="dxa"/>
            <w:gridSpan w:val="6"/>
            <w:tcBorders>
              <w:bottom w:val="single" w:sz="12" w:space="0" w:color="auto"/>
            </w:tcBorders>
            <w:vAlign w:val="center"/>
          </w:tcPr>
          <w:p w14:paraId="3B1A28FE" w14:textId="77777777" w:rsidR="006F524C" w:rsidRPr="007B2277" w:rsidRDefault="006F524C" w:rsidP="006F524C">
            <w:pPr>
              <w:pStyle w:val="TableParagraph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604" w:type="dxa"/>
            <w:gridSpan w:val="5"/>
            <w:tcBorders>
              <w:bottom w:val="single" w:sz="12" w:space="0" w:color="auto"/>
            </w:tcBorders>
            <w:vAlign w:val="center"/>
          </w:tcPr>
          <w:p w14:paraId="75A36DD7" w14:textId="77777777" w:rsidR="006F524C" w:rsidRPr="007B2277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19B9BB95" w14:textId="77777777" w:rsidR="006F524C" w:rsidRPr="007B2277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193" w:type="dxa"/>
            <w:gridSpan w:val="2"/>
            <w:tcBorders>
              <w:bottom w:val="single" w:sz="12" w:space="0" w:color="auto"/>
            </w:tcBorders>
            <w:vAlign w:val="center"/>
          </w:tcPr>
          <w:p w14:paraId="055DFAF4" w14:textId="77777777" w:rsidR="006F524C" w:rsidRPr="007B2277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</w:tc>
      </w:tr>
      <w:tr w:rsidR="006F524C" w:rsidRPr="00967B80" w14:paraId="67BA69A0" w14:textId="77777777" w:rsidTr="006F524C">
        <w:trPr>
          <w:trHeight w:val="328"/>
        </w:trPr>
        <w:tc>
          <w:tcPr>
            <w:tcW w:w="2482" w:type="dxa"/>
            <w:gridSpan w:val="2"/>
            <w:tcBorders>
              <w:top w:val="single" w:sz="12" w:space="0" w:color="auto"/>
            </w:tcBorders>
          </w:tcPr>
          <w:p w14:paraId="6C44993B" w14:textId="77777777" w:rsidR="006F524C" w:rsidRPr="00967B80" w:rsidRDefault="006F524C" w:rsidP="006F524C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APELLIDO PATERNO</w:t>
            </w:r>
          </w:p>
        </w:tc>
        <w:tc>
          <w:tcPr>
            <w:tcW w:w="2071" w:type="dxa"/>
            <w:gridSpan w:val="6"/>
            <w:tcBorders>
              <w:top w:val="single" w:sz="12" w:space="0" w:color="auto"/>
            </w:tcBorders>
          </w:tcPr>
          <w:p w14:paraId="1EB75064" w14:textId="77777777" w:rsidR="006F524C" w:rsidRPr="00967B80" w:rsidRDefault="006F524C" w:rsidP="006F524C">
            <w:pPr>
              <w:pStyle w:val="TableParagraph"/>
              <w:ind w:left="38" w:right="156"/>
              <w:jc w:val="center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APELLIDO MATERNO</w:t>
            </w:r>
          </w:p>
        </w:tc>
        <w:tc>
          <w:tcPr>
            <w:tcW w:w="2604" w:type="dxa"/>
            <w:gridSpan w:val="5"/>
            <w:tcBorders>
              <w:top w:val="single" w:sz="12" w:space="0" w:color="auto"/>
            </w:tcBorders>
          </w:tcPr>
          <w:p w14:paraId="7993D72E" w14:textId="77777777" w:rsidR="006F524C" w:rsidRPr="00967B80" w:rsidRDefault="006F524C" w:rsidP="006F524C">
            <w:pPr>
              <w:pStyle w:val="TableParagraph"/>
              <w:jc w:val="center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NOMBRE (S)</w:t>
            </w:r>
          </w:p>
        </w:tc>
        <w:tc>
          <w:tcPr>
            <w:tcW w:w="293" w:type="dxa"/>
            <w:gridSpan w:val="2"/>
          </w:tcPr>
          <w:p w14:paraId="37B2EB29" w14:textId="77777777" w:rsidR="006F524C" w:rsidRPr="00967B80" w:rsidRDefault="006F524C" w:rsidP="006F524C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3" w:type="dxa"/>
            <w:gridSpan w:val="2"/>
            <w:tcBorders>
              <w:top w:val="single" w:sz="12" w:space="0" w:color="auto"/>
            </w:tcBorders>
          </w:tcPr>
          <w:p w14:paraId="65F449A7" w14:textId="77777777" w:rsidR="006F524C" w:rsidRPr="00967B80" w:rsidRDefault="006F524C" w:rsidP="006F524C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MATRICULA:</w:t>
            </w:r>
          </w:p>
        </w:tc>
      </w:tr>
      <w:tr w:rsidR="006F524C" w:rsidRPr="00967B80" w14:paraId="55CBC65C" w14:textId="77777777" w:rsidTr="006F524C">
        <w:trPr>
          <w:trHeight w:val="281"/>
        </w:trPr>
        <w:tc>
          <w:tcPr>
            <w:tcW w:w="1603" w:type="dxa"/>
            <w:vAlign w:val="center"/>
          </w:tcPr>
          <w:p w14:paraId="757316C8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CARRERA:</w:t>
            </w:r>
          </w:p>
        </w:tc>
        <w:tc>
          <w:tcPr>
            <w:tcW w:w="5554" w:type="dxa"/>
            <w:gridSpan w:val="12"/>
            <w:tcBorders>
              <w:bottom w:val="single" w:sz="12" w:space="0" w:color="auto"/>
            </w:tcBorders>
            <w:vAlign w:val="center"/>
          </w:tcPr>
          <w:p w14:paraId="5B3DF9EE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96" w:type="dxa"/>
            <w:gridSpan w:val="3"/>
            <w:vAlign w:val="bottom"/>
          </w:tcPr>
          <w:p w14:paraId="73AA024A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0" w:type="dxa"/>
            <w:vAlign w:val="bottom"/>
          </w:tcPr>
          <w:p w14:paraId="5C26C120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524C" w:rsidRPr="00967B80" w14:paraId="0675F850" w14:textId="77777777" w:rsidTr="006F524C">
        <w:trPr>
          <w:trHeight w:val="281"/>
        </w:trPr>
        <w:tc>
          <w:tcPr>
            <w:tcW w:w="1603" w:type="dxa"/>
            <w:vAlign w:val="center"/>
          </w:tcPr>
          <w:p w14:paraId="05859A2E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CICLO:</w:t>
            </w:r>
          </w:p>
        </w:tc>
        <w:tc>
          <w:tcPr>
            <w:tcW w:w="295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78999F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604" w:type="dxa"/>
            <w:gridSpan w:val="5"/>
            <w:vAlign w:val="center"/>
          </w:tcPr>
          <w:p w14:paraId="3AAA4A78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N</w:t>
            </w:r>
            <w:r>
              <w:rPr>
                <w:rFonts w:ascii="Times New Roman" w:hAnsi="Times New Roman" w:cs="Times New Roman"/>
                <w:sz w:val="17"/>
              </w:rPr>
              <w:t>Ú</w:t>
            </w:r>
            <w:r w:rsidRPr="00967B80">
              <w:rPr>
                <w:rFonts w:ascii="Times New Roman" w:hAnsi="Times New Roman" w:cs="Times New Roman"/>
                <w:sz w:val="17"/>
              </w:rPr>
              <w:t>MERO DE SEGUR</w:t>
            </w:r>
            <w:r>
              <w:rPr>
                <w:rFonts w:ascii="Times New Roman" w:hAnsi="Times New Roman" w:cs="Times New Roman"/>
                <w:sz w:val="17"/>
              </w:rPr>
              <w:t>O</w:t>
            </w:r>
            <w:r w:rsidRPr="00967B80">
              <w:rPr>
                <w:rFonts w:ascii="Times New Roman" w:hAnsi="Times New Roman" w:cs="Times New Roman"/>
                <w:sz w:val="17"/>
              </w:rPr>
              <w:t xml:space="preserve"> SOCIAL:</w:t>
            </w:r>
          </w:p>
        </w:tc>
        <w:tc>
          <w:tcPr>
            <w:tcW w:w="2486" w:type="dxa"/>
            <w:gridSpan w:val="4"/>
            <w:tcBorders>
              <w:bottom w:val="single" w:sz="12" w:space="0" w:color="auto"/>
            </w:tcBorders>
            <w:vAlign w:val="center"/>
          </w:tcPr>
          <w:p w14:paraId="31F7B20A" w14:textId="77777777" w:rsidR="006F524C" w:rsidRPr="00967B80" w:rsidRDefault="006F524C" w:rsidP="006F524C">
            <w:pPr>
              <w:pStyle w:val="TableParagraph"/>
              <w:tabs>
                <w:tab w:val="left" w:pos="932"/>
                <w:tab w:val="left" w:pos="2603"/>
              </w:tabs>
              <w:rPr>
                <w:rFonts w:ascii="Times New Roman" w:hAnsi="Times New Roman" w:cs="Times New Roman"/>
                <w:b/>
                <w:sz w:val="17"/>
              </w:rPr>
            </w:pPr>
          </w:p>
        </w:tc>
      </w:tr>
      <w:tr w:rsidR="006F524C" w:rsidRPr="00A5222B" w14:paraId="4E58FA2B" w14:textId="77777777" w:rsidTr="006F524C">
        <w:trPr>
          <w:trHeight w:val="393"/>
        </w:trPr>
        <w:tc>
          <w:tcPr>
            <w:tcW w:w="9643" w:type="dxa"/>
            <w:gridSpan w:val="17"/>
            <w:vAlign w:val="center"/>
          </w:tcPr>
          <w:p w14:paraId="76C3BDE5" w14:textId="77777777" w:rsidR="006F524C" w:rsidRPr="00A5222B" w:rsidRDefault="006F524C" w:rsidP="006F524C">
            <w:pPr>
              <w:pStyle w:val="TableParagraph"/>
              <w:tabs>
                <w:tab w:val="left" w:pos="9401"/>
              </w:tabs>
              <w:ind w:left="8" w:right="-15"/>
              <w:rPr>
                <w:rFonts w:ascii="Times New Roman" w:hAnsi="Times New Roman" w:cs="Times New Roman"/>
                <w:b/>
                <w:bCs/>
                <w:iCs/>
                <w:sz w:val="17"/>
              </w:rPr>
            </w:pPr>
            <w:r w:rsidRPr="00A5222B">
              <w:rPr>
                <w:rFonts w:ascii="Times New Roman" w:hAnsi="Times New Roman" w:cs="Times New Roman"/>
                <w:iCs/>
                <w:spacing w:val="-6"/>
                <w:w w:val="101"/>
                <w:sz w:val="17"/>
              </w:rPr>
              <w:t xml:space="preserve"> </w:t>
            </w:r>
            <w:r w:rsidRPr="00A5222B">
              <w:rPr>
                <w:rFonts w:ascii="Times New Roman" w:hAnsi="Times New Roman" w:cs="Times New Roman"/>
                <w:b/>
                <w:bCs/>
                <w:iCs/>
                <w:sz w:val="17"/>
              </w:rPr>
              <w:t>DATOS GENERALES DE LA EMPRESA, INSTITUCI</w:t>
            </w:r>
            <w:r>
              <w:rPr>
                <w:rFonts w:ascii="Times New Roman" w:hAnsi="Times New Roman" w:cs="Times New Roman"/>
                <w:b/>
                <w:bCs/>
                <w:iCs/>
                <w:sz w:val="17"/>
              </w:rPr>
              <w:t>Ó</w:t>
            </w:r>
            <w:r w:rsidRPr="00A5222B">
              <w:rPr>
                <w:rFonts w:ascii="Times New Roman" w:hAnsi="Times New Roman" w:cs="Times New Roman"/>
                <w:b/>
                <w:bCs/>
                <w:iCs/>
                <w:sz w:val="17"/>
              </w:rPr>
              <w:t xml:space="preserve">N U </w:t>
            </w:r>
            <w:r w:rsidRPr="00A5222B">
              <w:rPr>
                <w:rFonts w:ascii="Times New Roman" w:hAnsi="Times New Roman" w:cs="Times New Roman"/>
                <w:b/>
                <w:bCs/>
                <w:iCs/>
                <w:spacing w:val="1"/>
                <w:sz w:val="17"/>
              </w:rPr>
              <w:t>ORGANIZACIÓN</w:t>
            </w:r>
            <w:r w:rsidRPr="00A5222B">
              <w:rPr>
                <w:rFonts w:ascii="Times New Roman" w:hAnsi="Times New Roman" w:cs="Times New Roman"/>
                <w:b/>
                <w:bCs/>
                <w:iCs/>
                <w:sz w:val="17"/>
              </w:rPr>
              <w:t>:</w:t>
            </w:r>
          </w:p>
        </w:tc>
      </w:tr>
      <w:tr w:rsidR="006F524C" w:rsidRPr="00967B80" w14:paraId="74E316F6" w14:textId="77777777" w:rsidTr="006F524C">
        <w:trPr>
          <w:trHeight w:val="281"/>
        </w:trPr>
        <w:tc>
          <w:tcPr>
            <w:tcW w:w="1603" w:type="dxa"/>
            <w:vAlign w:val="center"/>
          </w:tcPr>
          <w:p w14:paraId="468226C0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NOMBRE:</w:t>
            </w:r>
          </w:p>
        </w:tc>
        <w:tc>
          <w:tcPr>
            <w:tcW w:w="8040" w:type="dxa"/>
            <w:gridSpan w:val="16"/>
            <w:vAlign w:val="center"/>
          </w:tcPr>
          <w:p w14:paraId="0A157982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524C" w:rsidRPr="00967B80" w14:paraId="3F304BA5" w14:textId="77777777" w:rsidTr="006F524C">
        <w:trPr>
          <w:trHeight w:val="281"/>
        </w:trPr>
        <w:tc>
          <w:tcPr>
            <w:tcW w:w="1603" w:type="dxa"/>
            <w:vAlign w:val="center"/>
          </w:tcPr>
          <w:p w14:paraId="46F4D80C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DOMICILIO:</w:t>
            </w:r>
          </w:p>
        </w:tc>
        <w:tc>
          <w:tcPr>
            <w:tcW w:w="8040" w:type="dxa"/>
            <w:gridSpan w:val="1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127CA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6F524C" w:rsidRPr="00967B80" w14:paraId="6A47978A" w14:textId="77777777" w:rsidTr="006F524C">
        <w:trPr>
          <w:trHeight w:val="281"/>
        </w:trPr>
        <w:tc>
          <w:tcPr>
            <w:tcW w:w="1603" w:type="dxa"/>
            <w:vAlign w:val="center"/>
          </w:tcPr>
          <w:p w14:paraId="3AD2DBEC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C</w:t>
            </w:r>
            <w:r>
              <w:rPr>
                <w:rFonts w:ascii="Times New Roman" w:hAnsi="Times New Roman" w:cs="Times New Roman"/>
                <w:sz w:val="17"/>
              </w:rPr>
              <w:t>ÓDIGO POSTAL:</w:t>
            </w:r>
          </w:p>
        </w:tc>
        <w:tc>
          <w:tcPr>
            <w:tcW w:w="1396" w:type="dxa"/>
            <w:gridSpan w:val="5"/>
            <w:tcBorders>
              <w:bottom w:val="single" w:sz="12" w:space="0" w:color="auto"/>
            </w:tcBorders>
            <w:vAlign w:val="center"/>
          </w:tcPr>
          <w:p w14:paraId="464BC48D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772" w:type="dxa"/>
            <w:vAlign w:val="center"/>
          </w:tcPr>
          <w:p w14:paraId="63C02A90" w14:textId="77777777" w:rsidR="006F524C" w:rsidRPr="00967B80" w:rsidRDefault="006F524C" w:rsidP="006F524C">
            <w:pPr>
              <w:pStyle w:val="TableParagraph"/>
              <w:ind w:left="40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782" w:type="dxa"/>
            <w:vAlign w:val="center"/>
          </w:tcPr>
          <w:p w14:paraId="5E2DD23E" w14:textId="77777777" w:rsidR="006F524C" w:rsidRPr="00967B80" w:rsidRDefault="006F524C" w:rsidP="006F524C">
            <w:pPr>
              <w:pStyle w:val="TableParagraph"/>
              <w:ind w:left="40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226" w:type="dxa"/>
            <w:gridSpan w:val="4"/>
            <w:vAlign w:val="center"/>
          </w:tcPr>
          <w:p w14:paraId="1EE77F00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78" w:type="dxa"/>
            <w:vAlign w:val="center"/>
          </w:tcPr>
          <w:p w14:paraId="31FFDABF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TEL</w:t>
            </w:r>
            <w:r>
              <w:rPr>
                <w:rFonts w:ascii="Times New Roman" w:hAnsi="Times New Roman" w:cs="Times New Roman"/>
                <w:sz w:val="17"/>
              </w:rPr>
              <w:t>É</w:t>
            </w:r>
            <w:r w:rsidRPr="00967B80">
              <w:rPr>
                <w:rFonts w:ascii="Times New Roman" w:hAnsi="Times New Roman" w:cs="Times New Roman"/>
                <w:sz w:val="17"/>
              </w:rPr>
              <w:t>FONO:</w:t>
            </w:r>
          </w:p>
        </w:tc>
        <w:tc>
          <w:tcPr>
            <w:tcW w:w="1096" w:type="dxa"/>
            <w:gridSpan w:val="3"/>
            <w:tcBorders>
              <w:bottom w:val="single" w:sz="12" w:space="0" w:color="auto"/>
            </w:tcBorders>
            <w:vAlign w:val="center"/>
          </w:tcPr>
          <w:p w14:paraId="3F77B09F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90" w:type="dxa"/>
            <w:vAlign w:val="center"/>
          </w:tcPr>
          <w:p w14:paraId="6DBF986E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6F524C" w:rsidRPr="00967B80" w14:paraId="67594CDA" w14:textId="77777777" w:rsidTr="006F524C">
        <w:trPr>
          <w:trHeight w:val="281"/>
        </w:trPr>
        <w:tc>
          <w:tcPr>
            <w:tcW w:w="2672" w:type="dxa"/>
            <w:gridSpan w:val="3"/>
            <w:vAlign w:val="center"/>
          </w:tcPr>
          <w:p w14:paraId="578D7268" w14:textId="77777777" w:rsidR="006F524C" w:rsidRPr="00967B80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PERIODO DE ESTANCIA:</w:t>
            </w:r>
          </w:p>
        </w:tc>
        <w:tc>
          <w:tcPr>
            <w:tcW w:w="6971" w:type="dxa"/>
            <w:gridSpan w:val="14"/>
            <w:tcBorders>
              <w:bottom w:val="single" w:sz="12" w:space="0" w:color="auto"/>
            </w:tcBorders>
            <w:vAlign w:val="bottom"/>
          </w:tcPr>
          <w:p w14:paraId="686AE17C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</w:tc>
      </w:tr>
      <w:tr w:rsidR="006F524C" w:rsidRPr="00967B80" w14:paraId="69613AF7" w14:textId="77777777" w:rsidTr="006F524C">
        <w:trPr>
          <w:trHeight w:val="281"/>
        </w:trPr>
        <w:tc>
          <w:tcPr>
            <w:tcW w:w="9643" w:type="dxa"/>
            <w:gridSpan w:val="17"/>
            <w:vAlign w:val="center"/>
          </w:tcPr>
          <w:p w14:paraId="67E63C3B" w14:textId="77777777" w:rsidR="006F524C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b/>
                <w:bCs/>
                <w:sz w:val="17"/>
              </w:rPr>
            </w:pPr>
          </w:p>
          <w:p w14:paraId="06A19900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b/>
                <w:bCs/>
                <w:sz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</w:rPr>
              <w:t>DATOS DE</w:t>
            </w:r>
            <w:r w:rsidRPr="009C109B">
              <w:rPr>
                <w:rFonts w:ascii="Times New Roman" w:hAnsi="Times New Roman" w:cs="Times New Roman"/>
                <w:b/>
                <w:bCs/>
                <w:sz w:val="17"/>
              </w:rPr>
              <w:t xml:space="preserve"> EMPRESA:</w:t>
            </w:r>
          </w:p>
          <w:p w14:paraId="00774841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  <w:p w14:paraId="7B1BA260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307836" wp14:editId="6C809944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123190</wp:posOffset>
                      </wp:positionV>
                      <wp:extent cx="4248150" cy="9525"/>
                      <wp:effectExtent l="0" t="0" r="19050" b="28575"/>
                      <wp:wrapNone/>
                      <wp:docPr id="2095610967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48150" cy="952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D08E31" id="Conector recto 1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pt,9.7pt" to="474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" strokecolor="black [3213]" strokeweight="1.25pt"/>
                  </w:pict>
                </mc:Fallback>
              </mc:AlternateContent>
            </w:r>
            <w:r w:rsidRPr="00967B80">
              <w:rPr>
                <w:rFonts w:ascii="Times New Roman" w:hAnsi="Times New Roman" w:cs="Times New Roman"/>
                <w:sz w:val="17"/>
              </w:rPr>
              <w:t xml:space="preserve">ACEPTADO EN EL </w:t>
            </w:r>
            <w:r>
              <w:rPr>
                <w:rFonts w:ascii="Times New Roman" w:hAnsi="Times New Roman" w:cs="Times New Roman"/>
                <w:sz w:val="17"/>
              </w:rPr>
              <w:t>Á</w:t>
            </w:r>
            <w:r w:rsidRPr="00967B80">
              <w:rPr>
                <w:rFonts w:ascii="Times New Roman" w:hAnsi="Times New Roman" w:cs="Times New Roman"/>
                <w:sz w:val="17"/>
              </w:rPr>
              <w:t>REA DE:</w:t>
            </w:r>
            <w:r>
              <w:rPr>
                <w:rFonts w:ascii="Times New Roman" w:hAnsi="Times New Roman" w:cs="Times New Roman"/>
                <w:sz w:val="17"/>
              </w:rPr>
              <w:t xml:space="preserve"> </w:t>
            </w:r>
          </w:p>
          <w:p w14:paraId="6E3148FD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  <w:p w14:paraId="73CA10E9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  <w:r w:rsidRPr="00967B80">
              <w:rPr>
                <w:rFonts w:ascii="Times New Roman" w:hAnsi="Times New Roman" w:cs="Times New Roman"/>
                <w:sz w:val="17"/>
              </w:rPr>
              <w:t>BAJO SUPERVISION TECNICA DE</w:t>
            </w:r>
            <w:r>
              <w:rPr>
                <w:rFonts w:ascii="Times New Roman" w:hAnsi="Times New Roman" w:cs="Times New Roman"/>
                <w:sz w:val="17"/>
              </w:rPr>
              <w:t>:</w:t>
            </w:r>
          </w:p>
          <w:p w14:paraId="29F7B65A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C84A3E4" wp14:editId="279021BE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36830</wp:posOffset>
                      </wp:positionV>
                      <wp:extent cx="4238625" cy="9525"/>
                      <wp:effectExtent l="0" t="0" r="28575" b="28575"/>
                      <wp:wrapNone/>
                      <wp:docPr id="1485208043" name="Conector rec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38625" cy="952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929F44" id="Conector recto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95pt,2.9pt" to="473.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" strokecolor="black [3213]" strokeweight="1.25pt"/>
                  </w:pict>
                </mc:Fallback>
              </mc:AlternateContent>
            </w:r>
          </w:p>
          <w:p w14:paraId="1F1B7057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LISTA DE ACTIVIDADES:</w:t>
            </w:r>
          </w:p>
          <w:p w14:paraId="7AB184AE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6B4D8A" wp14:editId="328A86F8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45085</wp:posOffset>
                      </wp:positionV>
                      <wp:extent cx="4629150" cy="19050"/>
                      <wp:effectExtent l="0" t="0" r="19050" b="19050"/>
                      <wp:wrapNone/>
                      <wp:docPr id="868302798" name="Conector rec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29150" cy="1905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300F2A" id="Conector recto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pt,3.55pt" to="474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" strokecolor="black [3213]" strokeweight="1.25pt"/>
                  </w:pict>
                </mc:Fallback>
              </mc:AlternateContent>
            </w:r>
          </w:p>
          <w:p w14:paraId="073C0791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</w:p>
          <w:p w14:paraId="24FAFEFF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6897C9" wp14:editId="5293BCA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63500</wp:posOffset>
                      </wp:positionV>
                      <wp:extent cx="5991225" cy="19050"/>
                      <wp:effectExtent l="0" t="0" r="28575" b="19050"/>
                      <wp:wrapNone/>
                      <wp:docPr id="1208480812" name="Conector rec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91225" cy="1905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579D93" id="Conector recto 1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5pt" to="473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" strokecolor="black [3040]" strokeweight="1.25pt"/>
                  </w:pict>
                </mc:Fallback>
              </mc:AlternateContent>
            </w:r>
          </w:p>
          <w:p w14:paraId="4C1554C1" w14:textId="77777777" w:rsidR="006F524C" w:rsidRPr="009C109B" w:rsidRDefault="006F524C" w:rsidP="006F524C">
            <w:pPr>
              <w:pStyle w:val="TableParagraph"/>
              <w:rPr>
                <w:rFonts w:ascii="Times New Roman" w:hAnsi="Times New Roman" w:cs="Times New Roman"/>
                <w:b/>
                <w:bCs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 xml:space="preserve">HORARIO: </w:t>
            </w:r>
          </w:p>
        </w:tc>
      </w:tr>
      <w:tr w:rsidR="006F524C" w:rsidRPr="00967B80" w14:paraId="30DA0752" w14:textId="77777777" w:rsidTr="006F524C">
        <w:trPr>
          <w:trHeight w:val="845"/>
        </w:trPr>
        <w:tc>
          <w:tcPr>
            <w:tcW w:w="9643" w:type="dxa"/>
            <w:gridSpan w:val="17"/>
            <w:vAlign w:val="center"/>
          </w:tcPr>
          <w:p w14:paraId="5220012D" w14:textId="77777777" w:rsidR="006F524C" w:rsidRPr="00967B80" w:rsidRDefault="006F524C" w:rsidP="006F524C">
            <w:pPr>
              <w:pStyle w:val="TableParagraph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8B858B0" wp14:editId="232F1681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-182245</wp:posOffset>
                      </wp:positionV>
                      <wp:extent cx="1752600" cy="9525"/>
                      <wp:effectExtent l="0" t="0" r="19050" b="28575"/>
                      <wp:wrapNone/>
                      <wp:docPr id="2067177733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0" cy="952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8D9892" id="Conector recto 1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5pt,-14.35pt" to="185.5pt,-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" strokecolor="black [3213]" strokeweight="1.25pt"/>
                  </w:pict>
                </mc:Fallback>
              </mc:AlternateContent>
            </w:r>
          </w:p>
        </w:tc>
      </w:tr>
      <w:tr w:rsidR="006F524C" w:rsidRPr="00967B80" w14:paraId="03E09F51" w14:textId="77777777" w:rsidTr="006F524C">
        <w:trPr>
          <w:trHeight w:val="225"/>
        </w:trPr>
        <w:tc>
          <w:tcPr>
            <w:tcW w:w="4707" w:type="dxa"/>
            <w:gridSpan w:val="9"/>
            <w:tcBorders>
              <w:top w:val="single" w:sz="12" w:space="0" w:color="auto"/>
            </w:tcBorders>
            <w:vAlign w:val="center"/>
          </w:tcPr>
          <w:p w14:paraId="3757A4D0" w14:textId="77777777" w:rsidR="006F524C" w:rsidRPr="00E53409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color w:val="EE0000"/>
                <w:sz w:val="17"/>
                <w:lang w:val="es-MX"/>
              </w:rPr>
            </w:pPr>
            <w:r w:rsidRPr="00E53409">
              <w:rPr>
                <w:rFonts w:ascii="Times New Roman" w:hAnsi="Times New Roman" w:cs="Times New Roman"/>
                <w:color w:val="EE0000"/>
                <w:sz w:val="17"/>
                <w:lang w:val="es-MX"/>
              </w:rPr>
              <w:t>(NOMBRE DEL COORDINADOR DE CARRERA)</w:t>
            </w:r>
          </w:p>
          <w:p w14:paraId="385A991A" w14:textId="77777777" w:rsidR="006F524C" w:rsidRPr="00967B80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  <w:lang w:val="es-MX"/>
              </w:rPr>
              <w:t>COORDINADOR DE CARRERA</w:t>
            </w:r>
          </w:p>
        </w:tc>
        <w:tc>
          <w:tcPr>
            <w:tcW w:w="652" w:type="dxa"/>
            <w:gridSpan w:val="2"/>
            <w:vAlign w:val="center"/>
          </w:tcPr>
          <w:p w14:paraId="06B0569C" w14:textId="77777777" w:rsidR="006F524C" w:rsidRPr="00967B80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4284" w:type="dxa"/>
            <w:gridSpan w:val="6"/>
            <w:tcBorders>
              <w:top w:val="single" w:sz="12" w:space="0" w:color="auto"/>
            </w:tcBorders>
            <w:vAlign w:val="center"/>
          </w:tcPr>
          <w:p w14:paraId="35F7622F" w14:textId="77777777" w:rsidR="006F524C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  <w:lang w:val="es-MX"/>
              </w:rPr>
            </w:pPr>
            <w:r>
              <w:rPr>
                <w:rFonts w:ascii="Times New Roman" w:hAnsi="Times New Roman" w:cs="Times New Roman"/>
                <w:sz w:val="17"/>
                <w:lang w:val="es-MX"/>
              </w:rPr>
              <w:t>MTRA. MA. ROSARIO AGUILAR PÉREZ</w:t>
            </w:r>
          </w:p>
          <w:p w14:paraId="6E7E71CC" w14:textId="77777777" w:rsidR="006F524C" w:rsidRPr="00967B80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  <w:lang w:val="es-MX"/>
              </w:rPr>
              <w:t>JEFA DE DEPARTAMENTO DE VINCULACIÓN</w:t>
            </w:r>
          </w:p>
        </w:tc>
      </w:tr>
      <w:tr w:rsidR="006F524C" w:rsidRPr="007B2277" w14:paraId="401BDF37" w14:textId="77777777" w:rsidTr="006F524C">
        <w:trPr>
          <w:trHeight w:val="845"/>
        </w:trPr>
        <w:tc>
          <w:tcPr>
            <w:tcW w:w="4707" w:type="dxa"/>
            <w:gridSpan w:val="9"/>
            <w:tcBorders>
              <w:bottom w:val="single" w:sz="12" w:space="0" w:color="auto"/>
            </w:tcBorders>
            <w:vAlign w:val="center"/>
          </w:tcPr>
          <w:p w14:paraId="5B4C91CF" w14:textId="77777777" w:rsidR="006F524C" w:rsidRPr="007B2277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  <w:lang w:val="es-MX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2382928F" w14:textId="77777777" w:rsidR="006F524C" w:rsidRPr="007B2277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  <w:lang w:val="es-MX"/>
              </w:rPr>
            </w:pPr>
          </w:p>
        </w:tc>
        <w:tc>
          <w:tcPr>
            <w:tcW w:w="4284" w:type="dxa"/>
            <w:gridSpan w:val="6"/>
            <w:tcBorders>
              <w:bottom w:val="single" w:sz="12" w:space="0" w:color="auto"/>
            </w:tcBorders>
            <w:vAlign w:val="center"/>
          </w:tcPr>
          <w:p w14:paraId="633D420D" w14:textId="77777777" w:rsidR="006F524C" w:rsidRPr="007B2277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  <w:lang w:val="es-MX"/>
              </w:rPr>
            </w:pPr>
          </w:p>
        </w:tc>
      </w:tr>
      <w:tr w:rsidR="006F524C" w:rsidRPr="007B2277" w14:paraId="16595F21" w14:textId="77777777" w:rsidTr="006F524C">
        <w:trPr>
          <w:trHeight w:val="225"/>
        </w:trPr>
        <w:tc>
          <w:tcPr>
            <w:tcW w:w="4707" w:type="dxa"/>
            <w:gridSpan w:val="9"/>
            <w:tcBorders>
              <w:top w:val="single" w:sz="12" w:space="0" w:color="auto"/>
            </w:tcBorders>
            <w:vAlign w:val="center"/>
          </w:tcPr>
          <w:p w14:paraId="084F0971" w14:textId="77777777" w:rsidR="006F524C" w:rsidRPr="007B2277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</w:pPr>
            <w:r w:rsidRPr="007B2277"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  <w:t>(NOMBRE DEL ASESOR)</w:t>
            </w:r>
          </w:p>
          <w:p w14:paraId="5B29D9F7" w14:textId="77777777" w:rsidR="006F524C" w:rsidRPr="007B2277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  <w:lang w:val="es-MX"/>
              </w:rPr>
            </w:pPr>
            <w:r>
              <w:rPr>
                <w:rFonts w:ascii="Times New Roman" w:hAnsi="Times New Roman" w:cs="Times New Roman"/>
                <w:sz w:val="17"/>
                <w:lang w:val="es-MX"/>
              </w:rPr>
              <w:t xml:space="preserve">TUTOR DE </w:t>
            </w:r>
            <w:r w:rsidRPr="007B2277">
              <w:rPr>
                <w:rFonts w:ascii="Times New Roman" w:hAnsi="Times New Roman" w:cs="Times New Roman"/>
                <w:color w:val="FF0000"/>
                <w:sz w:val="17"/>
                <w:lang w:val="es-MX"/>
              </w:rPr>
              <w:t>ESTANCIA I – II / ESTADÍA</w:t>
            </w:r>
          </w:p>
        </w:tc>
        <w:tc>
          <w:tcPr>
            <w:tcW w:w="652" w:type="dxa"/>
            <w:gridSpan w:val="2"/>
            <w:vAlign w:val="center"/>
          </w:tcPr>
          <w:p w14:paraId="6F9BAF1F" w14:textId="77777777" w:rsidR="006F524C" w:rsidRPr="007B2277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  <w:lang w:val="es-MX"/>
              </w:rPr>
            </w:pPr>
          </w:p>
        </w:tc>
        <w:tc>
          <w:tcPr>
            <w:tcW w:w="4284" w:type="dxa"/>
            <w:gridSpan w:val="6"/>
            <w:tcBorders>
              <w:top w:val="single" w:sz="12" w:space="0" w:color="auto"/>
            </w:tcBorders>
            <w:vAlign w:val="center"/>
          </w:tcPr>
          <w:p w14:paraId="429A22A9" w14:textId="77777777" w:rsidR="006F524C" w:rsidRPr="007B2277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</w:pPr>
            <w:r w:rsidRPr="007B2277"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  <w:t>(NOMBRE DEL ALUMNO/A)</w:t>
            </w:r>
          </w:p>
          <w:p w14:paraId="2E30848A" w14:textId="77777777" w:rsidR="006F524C" w:rsidRPr="007B2277" w:rsidRDefault="006F524C" w:rsidP="006F524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17"/>
                <w:lang w:val="es-MX"/>
              </w:rPr>
            </w:pPr>
            <w:r>
              <w:rPr>
                <w:rFonts w:ascii="Times New Roman" w:hAnsi="Times New Roman" w:cs="Times New Roman"/>
                <w:sz w:val="17"/>
                <w:lang w:val="es-MX"/>
              </w:rPr>
              <w:t>ALUMNO/A</w:t>
            </w:r>
          </w:p>
        </w:tc>
      </w:tr>
      <w:tr w:rsidR="006F524C" w:rsidRPr="007B2277" w14:paraId="767F7878" w14:textId="77777777" w:rsidTr="006F524C">
        <w:trPr>
          <w:trHeight w:val="281"/>
        </w:trPr>
        <w:tc>
          <w:tcPr>
            <w:tcW w:w="9643" w:type="dxa"/>
            <w:gridSpan w:val="17"/>
            <w:vAlign w:val="center"/>
          </w:tcPr>
          <w:p w14:paraId="7DA322EA" w14:textId="77777777" w:rsidR="006F524C" w:rsidRPr="007B2277" w:rsidRDefault="006F524C" w:rsidP="006F524C">
            <w:pPr>
              <w:pStyle w:val="TableParagraph"/>
              <w:ind w:left="41"/>
              <w:rPr>
                <w:rFonts w:ascii="Times New Roman" w:hAnsi="Times New Roman" w:cs="Times New Roman"/>
                <w:sz w:val="17"/>
                <w:lang w:val="es-MX"/>
              </w:rPr>
            </w:pPr>
          </w:p>
        </w:tc>
      </w:tr>
      <w:tr w:rsidR="006F524C" w:rsidRPr="00967B80" w14:paraId="4AC270A4" w14:textId="77777777" w:rsidTr="006F524C">
        <w:trPr>
          <w:trHeight w:val="281"/>
        </w:trPr>
        <w:tc>
          <w:tcPr>
            <w:tcW w:w="9643" w:type="dxa"/>
            <w:gridSpan w:val="17"/>
            <w:vAlign w:val="center"/>
          </w:tcPr>
          <w:p w14:paraId="133D9167" w14:textId="77777777" w:rsidR="006F524C" w:rsidRDefault="006F524C" w:rsidP="006F524C">
            <w:pPr>
              <w:pStyle w:val="TableParagraph"/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</w:pPr>
          </w:p>
          <w:p w14:paraId="3BFFCEFF" w14:textId="77777777" w:rsidR="006F524C" w:rsidRDefault="006F524C" w:rsidP="006F524C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17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7F200A" wp14:editId="07FCFCEC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59690</wp:posOffset>
                      </wp:positionV>
                      <wp:extent cx="2590800" cy="28575"/>
                      <wp:effectExtent l="0" t="0" r="19050" b="28575"/>
                      <wp:wrapNone/>
                      <wp:docPr id="2017484287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0800" cy="2857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E9325F" id="Conector recto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5pt,4.7pt" to="339.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" strokecolor="black [3213]" strokeweight="1.25pt"/>
                  </w:pict>
                </mc:Fallback>
              </mc:AlternateContent>
            </w:r>
          </w:p>
          <w:p w14:paraId="5FB4D76A" w14:textId="77777777" w:rsidR="006F524C" w:rsidRPr="007B2277" w:rsidRDefault="006F524C" w:rsidP="006F524C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</w:pPr>
            <w:r w:rsidRPr="007B2277"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  <w:t xml:space="preserve">(NOMBRE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  <w:t>Y FIRMA DEL ASESOR EXTERNO</w:t>
            </w:r>
            <w:r w:rsidRPr="007B2277">
              <w:rPr>
                <w:rFonts w:ascii="Times New Roman" w:hAnsi="Times New Roman" w:cs="Times New Roman"/>
                <w:b/>
                <w:bCs/>
                <w:color w:val="FF0000"/>
                <w:sz w:val="17"/>
                <w:lang w:val="es-MX"/>
              </w:rPr>
              <w:t>)</w:t>
            </w:r>
          </w:p>
          <w:p w14:paraId="37B8E1FD" w14:textId="77777777" w:rsidR="006F524C" w:rsidRPr="00967B80" w:rsidRDefault="006F524C" w:rsidP="006F524C">
            <w:pPr>
              <w:pStyle w:val="TableParagraph"/>
              <w:ind w:firstLine="567"/>
              <w:rPr>
                <w:rFonts w:ascii="Times New Roman" w:hAnsi="Times New Roman" w:cs="Times New Roman"/>
                <w:sz w:val="17"/>
              </w:rPr>
            </w:pPr>
          </w:p>
        </w:tc>
      </w:tr>
    </w:tbl>
    <w:p w14:paraId="428BA724" w14:textId="3EDCCAB7" w:rsidR="006F524C" w:rsidRDefault="006F524C" w:rsidP="006109CB">
      <w:pPr>
        <w:rPr>
          <w:i/>
          <w:iCs/>
        </w:rPr>
      </w:pPr>
    </w:p>
    <w:p w14:paraId="1AE417CD" w14:textId="77777777" w:rsidR="006F524C" w:rsidRDefault="006F524C" w:rsidP="006109CB">
      <w:pPr>
        <w:rPr>
          <w:i/>
          <w:iCs/>
        </w:rPr>
      </w:pPr>
    </w:p>
    <w:p w14:paraId="19DB5F12" w14:textId="77777777" w:rsidR="006F524C" w:rsidRDefault="006F524C" w:rsidP="006109CB">
      <w:pPr>
        <w:rPr>
          <w:i/>
          <w:iCs/>
        </w:rPr>
      </w:pPr>
    </w:p>
    <w:p w14:paraId="5FA807E7" w14:textId="77777777" w:rsidR="006F524C" w:rsidRDefault="006F524C" w:rsidP="006109CB">
      <w:pPr>
        <w:rPr>
          <w:i/>
          <w:iCs/>
        </w:rPr>
      </w:pPr>
    </w:p>
    <w:p w14:paraId="6B8057BC" w14:textId="77777777" w:rsidR="006F524C" w:rsidRDefault="006F524C" w:rsidP="006109CB">
      <w:pPr>
        <w:rPr>
          <w:i/>
          <w:iCs/>
        </w:rPr>
      </w:pPr>
    </w:p>
    <w:p w14:paraId="2717E5C3" w14:textId="77777777" w:rsidR="006F524C" w:rsidRDefault="006F524C" w:rsidP="006109CB">
      <w:pPr>
        <w:rPr>
          <w:i/>
          <w:iCs/>
        </w:rPr>
      </w:pPr>
    </w:p>
    <w:p w14:paraId="67656D99" w14:textId="77777777" w:rsidR="006F524C" w:rsidRDefault="006F524C" w:rsidP="006109CB">
      <w:pPr>
        <w:rPr>
          <w:i/>
          <w:iCs/>
        </w:rPr>
      </w:pPr>
    </w:p>
    <w:p w14:paraId="2DCF9239" w14:textId="77777777" w:rsidR="006F524C" w:rsidRDefault="006F524C" w:rsidP="006109CB">
      <w:pPr>
        <w:rPr>
          <w:i/>
          <w:iCs/>
        </w:rPr>
      </w:pPr>
    </w:p>
    <w:p w14:paraId="3EF696E9" w14:textId="77777777" w:rsidR="006F524C" w:rsidRDefault="006F524C" w:rsidP="006109CB">
      <w:pPr>
        <w:rPr>
          <w:i/>
          <w:iCs/>
        </w:rPr>
      </w:pPr>
    </w:p>
    <w:p w14:paraId="7602E236" w14:textId="77777777" w:rsidR="006F524C" w:rsidRDefault="006F524C" w:rsidP="006109CB">
      <w:pPr>
        <w:rPr>
          <w:i/>
          <w:iCs/>
        </w:rPr>
      </w:pPr>
    </w:p>
    <w:p w14:paraId="794643A7" w14:textId="77777777" w:rsidR="006F524C" w:rsidRDefault="006F524C" w:rsidP="006109CB">
      <w:pPr>
        <w:rPr>
          <w:i/>
          <w:iCs/>
        </w:rPr>
      </w:pPr>
    </w:p>
    <w:p w14:paraId="3033B4F7" w14:textId="77777777" w:rsidR="006F524C" w:rsidRDefault="006F524C" w:rsidP="006109CB">
      <w:pPr>
        <w:rPr>
          <w:i/>
          <w:iCs/>
        </w:rPr>
      </w:pPr>
    </w:p>
    <w:p w14:paraId="33147504" w14:textId="77777777" w:rsidR="006F524C" w:rsidRDefault="006F524C" w:rsidP="006109CB">
      <w:pPr>
        <w:rPr>
          <w:i/>
          <w:iCs/>
        </w:rPr>
      </w:pPr>
    </w:p>
    <w:p w14:paraId="39404D23" w14:textId="7ED9AEEB" w:rsidR="006109CB" w:rsidRPr="006109CB" w:rsidRDefault="006109CB" w:rsidP="006109CB">
      <w:pPr>
        <w:tabs>
          <w:tab w:val="left" w:pos="2025"/>
        </w:tabs>
      </w:pPr>
    </w:p>
    <w:sectPr w:rsidR="006109CB" w:rsidRPr="006109C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07225" w14:textId="77777777" w:rsidR="00860861" w:rsidRDefault="00860861" w:rsidP="00D90C05">
      <w:pPr>
        <w:spacing w:after="0" w:line="240" w:lineRule="auto"/>
      </w:pPr>
      <w:r>
        <w:separator/>
      </w:r>
    </w:p>
  </w:endnote>
  <w:endnote w:type="continuationSeparator" w:id="0">
    <w:p w14:paraId="024A9E26" w14:textId="77777777" w:rsidR="00860861" w:rsidRDefault="00860861" w:rsidP="00D9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1318" w14:textId="66736FD6" w:rsidR="0029476F" w:rsidRPr="0029476F" w:rsidRDefault="00D30241" w:rsidP="0029476F">
    <w:r>
      <w:rPr>
        <w:noProof/>
      </w:rPr>
      <w:drawing>
        <wp:anchor distT="0" distB="0" distL="114300" distR="114300" simplePos="0" relativeHeight="251667456" behindDoc="0" locked="0" layoutInCell="1" allowOverlap="1" wp14:anchorId="7596482B" wp14:editId="0A35BBC1">
          <wp:simplePos x="0" y="0"/>
          <wp:positionH relativeFrom="column">
            <wp:posOffset>-1143000</wp:posOffset>
          </wp:positionH>
          <wp:positionV relativeFrom="paragraph">
            <wp:posOffset>-252137</wp:posOffset>
          </wp:positionV>
          <wp:extent cx="6269990" cy="851588"/>
          <wp:effectExtent l="0" t="0" r="0" b="5715"/>
          <wp:wrapNone/>
          <wp:docPr id="1359746197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46197" name="Imagen 13597461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24728" cy="859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2E3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EC4AE5A" wp14:editId="115D6FFB">
              <wp:simplePos x="0" y="0"/>
              <wp:positionH relativeFrom="column">
                <wp:posOffset>1247140</wp:posOffset>
              </wp:positionH>
              <wp:positionV relativeFrom="paragraph">
                <wp:posOffset>-63195</wp:posOffset>
              </wp:positionV>
              <wp:extent cx="5271135" cy="429260"/>
              <wp:effectExtent l="0" t="0" r="0" b="0"/>
              <wp:wrapNone/>
              <wp:docPr id="214632268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1135" cy="429260"/>
                        <a:chOff x="0" y="0"/>
                        <a:chExt cx="5271262" cy="429311"/>
                      </a:xfrm>
                    </wpg:grpSpPr>
                    <pic:pic xmlns:pic="http://schemas.openxmlformats.org/drawingml/2006/picture">
                      <pic:nvPicPr>
                        <pic:cNvPr id="1132021722" name="Imagen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4118458" y="65837"/>
                          <a:ext cx="161925" cy="161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14821213" name="Imagen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0467"/>
                          <a:ext cx="131445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98175251" name="Imagen 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5">
                                  <a14:imgEffect>
                                    <a14:artisticPhotocopy/>
                                  </a14:imgEffect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84832" y="65837"/>
                          <a:ext cx="152400" cy="152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324262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165299" y="1463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676B" w14:textId="41D4BB1D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753 130 6154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9218364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3167482" y="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E82B6" w14:textId="2D4425AA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A55C4C">
                              <w:rPr>
                                <w:sz w:val="16"/>
                                <w:szCs w:val="16"/>
                              </w:rPr>
                              <w:t>nformacion@uplc.edu.mx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74170201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4279392" y="14630"/>
                          <a:ext cx="99187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571D" w14:textId="1BA4F05C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www.uplc.edu.mx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8607179" name="Imagen 8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06547" y="87782"/>
                          <a:ext cx="180975" cy="1809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9038544" name="Conector recto 12"/>
                      <wps:cNvCnPr/>
                      <wps:spPr>
                        <a:xfrm>
                          <a:off x="2024939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91208811" name="Conector recto 12"/>
                      <wps:cNvCnPr/>
                      <wps:spPr>
                        <a:xfrm>
                          <a:off x="2932024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79593237" name="Conector recto 12"/>
                      <wps:cNvCnPr/>
                      <wps:spPr>
                        <a:xfrm>
                          <a:off x="4058564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980218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24358" y="29261"/>
                          <a:ext cx="18573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43854" w14:textId="7482D777" w:rsidR="00A55C4C" w:rsidRPr="00A55C4C" w:rsidRDefault="00A55C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Carretera La Orilla - La Mira KM 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+</w:t>
                            </w:r>
                            <w:r w:rsidRPr="00A55C4C">
                              <w:rPr>
                                <w:sz w:val="16"/>
                                <w:szCs w:val="16"/>
                              </w:rPr>
                              <w:t>56 Colonia: La Orilla C.P. 60998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C4AE5A" id="Grupo 10" o:spid="_x0000_s1027" style="position:absolute;margin-left:98.2pt;margin-top:-5pt;width:415.05pt;height:33.8pt;z-index:251666432" coordsize="52712,429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I7fhAAAA/3RSTlM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8" type="#_x0000_t75" style="position:absolute;left:41184;top:658;width:1619;height:161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">
                <v:imagedata r:id="rId7" o:title="" recolortarget="#203957 [1444]"/>
              </v:shape>
              <v:shape id="Imagen 10" o:spid="_x0000_s1029" type="#_x0000_t75" style="position:absolute;top:804;width:1314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">
                <v:imagedata r:id="rId8" o:title="" recolortarget="#203957 [1444]"/>
              </v:shape>
              <v:shape id="Imagen 9" o:spid="_x0000_s1030" type="#_x0000_t75" style="position:absolute;left:20848;top:65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">
                <v:imagedata r:id="rId9" o:title="" recolortarget="black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1" type="#_x0000_t202" style="position:absolute;left:21652;top:146;width:847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" filled="f" stroked="f">
                <v:textbox>
                  <w:txbxContent>
                    <w:p w14:paraId="440B676B" w14:textId="41D4BB1D" w:rsidR="00A55C4C" w:rsidRPr="00A55C4C" w:rsidRDefault="00A55C4C" w:rsidP="00A55C4C">
                      <w:pPr>
                        <w:rPr>
                          <w:sz w:val="16"/>
                          <w:szCs w:val="16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753 130 6154</w:t>
                      </w:r>
                    </w:p>
                  </w:txbxContent>
                </v:textbox>
              </v:shape>
              <v:shape id="Cuadro de texto 2" o:spid="_x0000_s1032" type="#_x0000_t202" style="position:absolute;left:31674;width:847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" filled="f" stroked="f">
                <v:textbox>
                  <w:txbxContent>
                    <w:p w14:paraId="478E82B6" w14:textId="2D4425AA" w:rsidR="00A55C4C" w:rsidRPr="00A55C4C" w:rsidRDefault="00A55C4C" w:rsidP="00A55C4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</w:t>
                      </w:r>
                      <w:r w:rsidRPr="00A55C4C">
                        <w:rPr>
                          <w:sz w:val="16"/>
                          <w:szCs w:val="16"/>
                        </w:rPr>
                        <w:t>nformacion@uplc.edu.mx</w:t>
                      </w:r>
                    </w:p>
                  </w:txbxContent>
                </v:textbox>
              </v:shape>
              <v:shape id="Cuadro de texto 2" o:spid="_x0000_s1033" type="#_x0000_t202" style="position:absolute;left:42793;top:146;width:9919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" filled="f" stroked="f">
                <v:textbox>
                  <w:txbxContent>
                    <w:p w14:paraId="0DDA571D" w14:textId="1BA4F05C" w:rsidR="00A55C4C" w:rsidRPr="00A55C4C" w:rsidRDefault="00A55C4C" w:rsidP="00A55C4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www.uplc.edu.mx</w:t>
                      </w:r>
                    </w:p>
                  </w:txbxContent>
                </v:textbox>
              </v:shape>
              <v:shape id="Imagen 8" o:spid="_x0000_s1034" type="#_x0000_t75" style="position:absolute;left:30065;top:877;width:1810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">
                <v:imagedata r:id="rId10" o:title="" recolortarget="#203957 [1444]"/>
              </v:shape>
              <v:line id="Conector recto 12" o:spid="_x0000_s1035" style="position:absolute;visibility:visible;mso-wrap-style:square" from="20249,336" to="20249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" strokecolor="#1b8f6a" strokeweight="1.5pt">
                <v:shadow on="t" color="black" opacity="24903f" origin=",.5" offset="0,.55556mm"/>
              </v:line>
              <v:line id="Conector recto 12" o:spid="_x0000_s1036" style="position:absolute;visibility:visible;mso-wrap-style:square" from="29320,336" to="29320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" strokecolor="#1b8f6a" strokeweight="1.5pt">
                <v:shadow on="t" color="black" opacity="24903f" origin=",.5" offset="0,.55556mm"/>
              </v:line>
              <v:line id="Conector recto 12" o:spid="_x0000_s1037" style="position:absolute;visibility:visible;mso-wrap-style:square" from="40585,336" to="40585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" strokecolor="#1b8f6a" strokeweight="1.5pt">
                <v:shadow on="t" color="black" opacity="24903f" origin=",.5" offset="0,.55556mm"/>
              </v:line>
              <v:shape id="Cuadro de texto 2" o:spid="_x0000_s1038" type="#_x0000_t202" style="position:absolute;left:1243;top:292;width:18574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" filled="f" stroked="f">
                <v:textbox>
                  <w:txbxContent>
                    <w:p w14:paraId="76A43854" w14:textId="7482D777" w:rsidR="00A55C4C" w:rsidRPr="00A55C4C" w:rsidRDefault="00A55C4C">
                      <w:pPr>
                        <w:rPr>
                          <w:sz w:val="16"/>
                          <w:szCs w:val="16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Carretera La Orilla - La Mira KM 1</w:t>
                      </w:r>
                      <w:r>
                        <w:rPr>
                          <w:sz w:val="16"/>
                          <w:szCs w:val="16"/>
                        </w:rPr>
                        <w:t>+</w:t>
                      </w:r>
                      <w:r w:rsidRPr="00A55C4C">
                        <w:rPr>
                          <w:sz w:val="16"/>
                          <w:szCs w:val="16"/>
                        </w:rPr>
                        <w:t>56 Colonia: La Orilla C.P. 60998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7DEC4" w14:textId="77777777" w:rsidR="00860861" w:rsidRDefault="00860861" w:rsidP="00D90C05">
      <w:pPr>
        <w:spacing w:after="0" w:line="240" w:lineRule="auto"/>
      </w:pPr>
      <w:r>
        <w:separator/>
      </w:r>
    </w:p>
  </w:footnote>
  <w:footnote w:type="continuationSeparator" w:id="0">
    <w:p w14:paraId="5E1DE8C8" w14:textId="77777777" w:rsidR="00860861" w:rsidRDefault="00860861" w:rsidP="00D90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8ED6" w14:textId="1C59BD8C" w:rsidR="00D90C05" w:rsidRDefault="00E21BD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C96187" wp14:editId="5B2E7257">
              <wp:simplePos x="0" y="0"/>
              <wp:positionH relativeFrom="column">
                <wp:posOffset>-616306</wp:posOffset>
              </wp:positionH>
              <wp:positionV relativeFrom="paragraph">
                <wp:posOffset>-245059</wp:posOffset>
              </wp:positionV>
              <wp:extent cx="6518402" cy="636905"/>
              <wp:effectExtent l="0" t="0" r="0" b="0"/>
              <wp:wrapNone/>
              <wp:docPr id="1563373306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402" cy="636905"/>
                        <a:chOff x="0" y="0"/>
                        <a:chExt cx="6518402" cy="636905"/>
                      </a:xfrm>
                    </wpg:grpSpPr>
                    <pic:pic xmlns:pic="http://schemas.openxmlformats.org/drawingml/2006/picture">
                      <pic:nvPicPr>
                        <pic:cNvPr id="1927190865" name="Imagen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040941" y="102413"/>
                          <a:ext cx="1799590" cy="497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69794517" name="Imagen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4360" cy="6369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27454453" name="Imagen 3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376672" y="65837"/>
                          <a:ext cx="1141730" cy="480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7340866" name="Imagen 10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030676" y="65837"/>
                          <a:ext cx="1066800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52852C" id="Grupo 9" o:spid="_x0000_s1026" style="position:absolute;margin-left:-48.55pt;margin-top:-19.3pt;width:513.25pt;height:50.15pt;z-index:251659264" coordsize="65184,6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ozNjY0NzlhZS02ZDdkLTQ4NzItOTdhYi1iZTFjMmU3&#10;ZmU5YjU8L3N0RXZ0Omluc3RhbmNlSUQ+CiAgICAgICAgICAgICAgICAgIDxzdEV2dDp3aGVuPjIw&#10;MjAtMDUtMDRUMTA6MDk6MzMtMDU6MDA8L3N0RXZ0OndoZW4+CiAgICAgICAgICAgICAgICAgIDxz&#10;dEV2dDpzb2Z0d2FyZUFnZW50PkFkb2JlIElsbHVzdHJhdG9yIENDIDIzLjEgKE1hY2ludG9zaC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20409;top:1024;width:17996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">
                <v:imagedata r:id="rId5" o:title=""/>
              </v:shape>
              <v:shape id="Imagen 2" o:spid="_x0000_s1028" type="#_x0000_t75" style="position:absolute;width:18643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">
                <v:imagedata r:id="rId6" o:title=""/>
              </v:shape>
              <v:shape id="Imagen 3" o:spid="_x0000_s1029" type="#_x0000_t75" style="position:absolute;left:53766;top:658;width:11418;height:4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">
                <v:imagedata r:id="rId7" o:title=""/>
              </v:shape>
              <v:shape id="Imagen 10" o:spid="_x0000_s1030" type="#_x0000_t75" style="position:absolute;left:40306;top:658;width:1066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">
                <v:imagedata r:id="rId8" o:title=""/>
              </v:shape>
            </v:group>
          </w:pict>
        </mc:Fallback>
      </mc:AlternateContent>
    </w:r>
    <w:r w:rsidR="00D90C05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ACA62C4" wp14:editId="115F763F">
              <wp:simplePos x="0" y="0"/>
              <wp:positionH relativeFrom="column">
                <wp:posOffset>-568960</wp:posOffset>
              </wp:positionH>
              <wp:positionV relativeFrom="paragraph">
                <wp:posOffset>421640</wp:posOffset>
              </wp:positionV>
              <wp:extent cx="6512560" cy="0"/>
              <wp:effectExtent l="38100" t="38100" r="59690" b="95250"/>
              <wp:wrapNone/>
              <wp:docPr id="870097490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560" cy="0"/>
                      </a:xfrm>
                      <a:prstGeom prst="line">
                        <a:avLst/>
                      </a:prstGeom>
                      <a:ln>
                        <a:solidFill>
                          <a:srgbClr val="1B8F6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2BCE3B" id="Conector recto 4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8pt,33.2pt" to="46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" strokecolor="#1b8f6a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833970">
    <w:abstractNumId w:val="8"/>
  </w:num>
  <w:num w:numId="2" w16cid:durableId="1641574817">
    <w:abstractNumId w:val="6"/>
  </w:num>
  <w:num w:numId="3" w16cid:durableId="1222866913">
    <w:abstractNumId w:val="5"/>
  </w:num>
  <w:num w:numId="4" w16cid:durableId="65303042">
    <w:abstractNumId w:val="4"/>
  </w:num>
  <w:num w:numId="5" w16cid:durableId="352418824">
    <w:abstractNumId w:val="7"/>
  </w:num>
  <w:num w:numId="6" w16cid:durableId="1167285567">
    <w:abstractNumId w:val="3"/>
  </w:num>
  <w:num w:numId="7" w16cid:durableId="1272318517">
    <w:abstractNumId w:val="2"/>
  </w:num>
  <w:num w:numId="8" w16cid:durableId="1012344617">
    <w:abstractNumId w:val="1"/>
  </w:num>
  <w:num w:numId="9" w16cid:durableId="148342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63DC"/>
    <w:rsid w:val="0015074B"/>
    <w:rsid w:val="001B6646"/>
    <w:rsid w:val="00204917"/>
    <w:rsid w:val="00242357"/>
    <w:rsid w:val="0029476F"/>
    <w:rsid w:val="0029639D"/>
    <w:rsid w:val="00326F90"/>
    <w:rsid w:val="003C569C"/>
    <w:rsid w:val="00473D74"/>
    <w:rsid w:val="004E6165"/>
    <w:rsid w:val="0056710D"/>
    <w:rsid w:val="005840A7"/>
    <w:rsid w:val="005E2652"/>
    <w:rsid w:val="006109CB"/>
    <w:rsid w:val="00665C82"/>
    <w:rsid w:val="006979A1"/>
    <w:rsid w:val="006F524C"/>
    <w:rsid w:val="00780C88"/>
    <w:rsid w:val="007B2A0A"/>
    <w:rsid w:val="007C3340"/>
    <w:rsid w:val="00801ECD"/>
    <w:rsid w:val="00860861"/>
    <w:rsid w:val="008A4B93"/>
    <w:rsid w:val="009404A2"/>
    <w:rsid w:val="00A40FB0"/>
    <w:rsid w:val="00A4606E"/>
    <w:rsid w:val="00A55C4C"/>
    <w:rsid w:val="00AA1D8D"/>
    <w:rsid w:val="00B47730"/>
    <w:rsid w:val="00BD01EA"/>
    <w:rsid w:val="00CB0664"/>
    <w:rsid w:val="00CE6867"/>
    <w:rsid w:val="00D16CC1"/>
    <w:rsid w:val="00D30241"/>
    <w:rsid w:val="00D4480F"/>
    <w:rsid w:val="00D75C98"/>
    <w:rsid w:val="00D90C05"/>
    <w:rsid w:val="00E21BD8"/>
    <w:rsid w:val="00E66523"/>
    <w:rsid w:val="00E70812"/>
    <w:rsid w:val="00F01E82"/>
    <w:rsid w:val="00FA72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90A8A4"/>
  <w14:defaultImageDpi w14:val="300"/>
  <w15:docId w15:val="{B9B9BE58-B441-4FE7-A309-E4CD9326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55C4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5C4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F524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52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5.png"/><Relationship Id="rId6" Type="http://schemas.openxmlformats.org/officeDocument/2006/relationships/image" Target="media/image13.png"/><Relationship Id="rId5" Type="http://schemas.microsoft.com/office/2007/relationships/hdphoto" Target="media/hdphoto1.wdp"/><Relationship Id="rId10" Type="http://schemas.openxmlformats.org/officeDocument/2006/relationships/image" Target="media/image17.png"/><Relationship Id="rId4" Type="http://schemas.openxmlformats.org/officeDocument/2006/relationships/image" Target="media/image12.png"/><Relationship Id="rId9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3.png"/><Relationship Id="rId7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anahi morelos</cp:lastModifiedBy>
  <cp:revision>3</cp:revision>
  <cp:lastPrinted>2026-06-15T19:53:00Z</cp:lastPrinted>
  <dcterms:created xsi:type="dcterms:W3CDTF">2026-07-14T17:20:00Z</dcterms:created>
  <dcterms:modified xsi:type="dcterms:W3CDTF">2026-07-14T17:30:00Z</dcterms:modified>
  <cp:category/>
</cp:coreProperties>
</file>